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sz w:val="22"/>
        </w:rPr>
        <w:t>AUTORIZAÇÃO DE PARTICIPAÇÃO DE MENORES NO GLADINATION HARD RACE XIII</w:t>
      </w:r>
    </w:p>
    <w:p>
      <w:pPr>
        <w:spacing w:after="100"/>
      </w:pPr>
      <w:r>
        <w:rPr>
          <w:b w:val="0"/>
        </w:rPr>
        <w:t>Eu, ________________________________________________, portador(a) do</w:t>
        <w:br/>
        <w:t>CPF nº ________________________, residente e domiciliado(a) à ________________________________</w:t>
        <w:br/>
        <w:t>(endereço completo)</w:t>
        <w:br/>
        <w:t>na qualidade</w:t>
        <w:br/>
        <w:t>de responsável legal pelo menor (nome do menor) ________________________________,</w:t>
        <w:br/>
        <w:t>nascido em (data de nascimento do menor) ____/____/____, inscrito no CPF nº</w:t>
        <w:br/>
        <w:t>(número do CPF do menor) ________________________, declaro para os devidos fins que:</w:t>
      </w:r>
    </w:p>
    <w:p>
      <w:pPr>
        <w:spacing w:after="100"/>
      </w:pPr>
      <w:r>
        <w:rPr>
          <w:b/>
        </w:rPr>
        <w:t xml:space="preserve">Observação: </w:t>
      </w:r>
      <w:r>
        <w:t>Só poderá participar das provas o ATLETA que tiver 14 anos completos até o dia do evento e deverá apresentar documento oficial com foto no momento da retirada do kit. Menores de 16 a 14 anos só podem participar se estiverem acompanhados por um adulto responsável durante todo o evento.</w:t>
      </w:r>
    </w:p>
    <w:p>
      <w:pPr>
        <w:spacing w:after="40"/>
      </w:pPr>
      <w:r>
        <w:rPr>
          <w:b/>
        </w:rPr>
        <w:t>Autorização:</w:t>
      </w:r>
    </w:p>
    <w:p>
      <w:pPr>
        <w:spacing w:after="100"/>
      </w:pPr>
      <w:r>
        <w:t>Autorizo a participação do menor mencionado acima em eventos de corrida de rua organizados pela equipe promotora deste termo, nas datas e locais definidos pela organização, conforme regulamento específico de cada corrida.</w:t>
      </w:r>
    </w:p>
    <w:p>
      <w:pPr>
        <w:spacing w:after="40"/>
      </w:pPr>
      <w:r>
        <w:rPr>
          <w:b/>
        </w:rPr>
        <w:t>Responsabilidade:</w:t>
      </w:r>
    </w:p>
    <w:p>
      <w:pPr>
        <w:spacing w:after="100"/>
      </w:pPr>
      <w:r>
        <w:t>Estou ciente de que a participação do menor em corridas OCR envolve riscos, incluindo, mas não se limitando a, lesões físicas, acidentes e outros imprevistos. Assumo total responsabilidade por qualquer evento que possa ocorrer durante a participação do menor nas referidas provas.</w:t>
      </w:r>
    </w:p>
    <w:p>
      <w:pPr>
        <w:spacing w:after="40"/>
      </w:pPr>
      <w:r>
        <w:rPr>
          <w:b/>
        </w:rPr>
        <w:t>Saúde e Condição Física:</w:t>
      </w:r>
    </w:p>
    <w:p>
      <w:pPr>
        <w:spacing w:after="100"/>
      </w:pPr>
      <w:r>
        <w:t>Declaro que o menor encontra-se em boas condições de saúde e apto a participar de atividades esportivas. Reconheço a recomendação de que o menor seja submetido a avaliação médica prévia antes de participar de qualquer corrida.</w:t>
      </w:r>
    </w:p>
    <w:p>
      <w:pPr>
        <w:spacing w:after="40"/>
      </w:pPr>
      <w:r>
        <w:rPr>
          <w:b/>
        </w:rPr>
        <w:t>Isenção de Responsabilidade:</w:t>
      </w:r>
    </w:p>
    <w:p>
      <w:pPr>
        <w:spacing w:after="100"/>
      </w:pPr>
      <w:r>
        <w:t>Isento a organização dos eventos, seus patrocinadores, colaboradores e quaisquer outras partes envolvidas na realização das provas de qualquer responsabilidade por danos ou lesões que possam ocorrer ao menor durante sua participação.</w:t>
      </w:r>
    </w:p>
    <w:p>
      <w:pPr>
        <w:spacing w:after="40"/>
      </w:pPr>
      <w:r>
        <w:rPr>
          <w:b/>
        </w:rPr>
        <w:t>Uso de Imagem:</w:t>
      </w:r>
    </w:p>
    <w:p>
      <w:pPr>
        <w:spacing w:after="100"/>
      </w:pPr>
      <w:r>
        <w:t>Autorizo a utilização da imagem do menor em fotografias, vídeos e outros materiais capturados durante os eventos, para fins de divulgação e promoção das atividades esportivas, sem qualquer ônus para a organização.</w:t>
      </w:r>
    </w:p>
    <w:p>
      <w:pPr>
        <w:spacing w:after="40"/>
      </w:pPr>
      <w:r>
        <w:rPr>
          <w:b/>
        </w:rPr>
        <w:t>Informações Adicionais:</w:t>
      </w:r>
    </w:p>
    <w:p>
      <w:pPr>
        <w:spacing w:after="100"/>
      </w:pPr>
      <w:r>
        <w:t>Estou ciente de que a organização poderá solicitar, a qualquer momento, informações ou documentos adicionais que comprovem esta autorização e a aptidão do menor.</w:t>
      </w:r>
    </w:p>
    <w:p>
      <w:r>
        <w:br/>
        <w:t>_______________________________________________</w:t>
      </w:r>
    </w:p>
    <w:p>
      <w:r>
        <w:t>Assinatura do responsável legal</w:t>
      </w:r>
    </w:p>
    <w:sectPr w:rsidR="00FC693F" w:rsidRPr="0006063C" w:rsidSect="00034616">
      <w:pgSz w:w="12240" w:h="15840"/>
      <w:pgMar w:top="560" w:right="720" w:bottom="5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